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BED9E" w14:textId="77777777" w:rsidR="00993D10" w:rsidRPr="00F32921" w:rsidRDefault="009F71E3">
      <w:pPr>
        <w:jc w:val="center"/>
        <w:rPr>
          <w:lang w:val="ru-RU"/>
        </w:rPr>
      </w:pPr>
      <w:r w:rsidRPr="00F32921">
        <w:rPr>
          <w:lang w:val="ru-RU"/>
        </w:rPr>
        <w:t>Международный конкурс проектов “Я выбираю спорт” 2025/26</w:t>
      </w:r>
    </w:p>
    <w:p w14:paraId="2A07AD5A" w14:textId="77777777" w:rsidR="00993D10" w:rsidRPr="00F32921" w:rsidRDefault="00993D10">
      <w:pPr>
        <w:rPr>
          <w:lang w:val="ru-RU"/>
        </w:rPr>
      </w:pPr>
    </w:p>
    <w:p w14:paraId="03921F34" w14:textId="77777777" w:rsidR="00993D10" w:rsidRPr="00F32921" w:rsidRDefault="00993D10">
      <w:pPr>
        <w:rPr>
          <w:lang w:val="ru-RU"/>
        </w:rPr>
      </w:pPr>
    </w:p>
    <w:p w14:paraId="17C3C8A3" w14:textId="77777777" w:rsidR="00993D10" w:rsidRPr="00F32921" w:rsidRDefault="00993D10">
      <w:pPr>
        <w:rPr>
          <w:lang w:val="ru-RU"/>
        </w:rPr>
      </w:pPr>
    </w:p>
    <w:p w14:paraId="4CF4D846" w14:textId="77777777" w:rsidR="00993D10" w:rsidRPr="00F32921" w:rsidRDefault="00993D10">
      <w:pPr>
        <w:rPr>
          <w:lang w:val="ru-RU"/>
        </w:rPr>
      </w:pPr>
    </w:p>
    <w:p w14:paraId="6819E512" w14:textId="77777777" w:rsidR="00993D10" w:rsidRPr="00F32921" w:rsidRDefault="009F71E3">
      <w:pPr>
        <w:jc w:val="center"/>
        <w:rPr>
          <w:lang w:val="ru-RU"/>
        </w:rPr>
      </w:pPr>
      <w:r w:rsidRPr="00F32921">
        <w:rPr>
          <w:b/>
          <w:sz w:val="32"/>
          <w:lang w:val="ru-RU"/>
        </w:rPr>
        <w:t>Реферат</w:t>
      </w:r>
    </w:p>
    <w:p w14:paraId="4475D61B" w14:textId="77777777" w:rsidR="00993D10" w:rsidRPr="00F32921" w:rsidRDefault="009F71E3">
      <w:pPr>
        <w:jc w:val="center"/>
        <w:rPr>
          <w:lang w:val="ru-RU"/>
        </w:rPr>
      </w:pPr>
      <w:r w:rsidRPr="00F32921">
        <w:rPr>
          <w:b/>
          <w:lang w:val="ru-RU"/>
        </w:rPr>
        <w:t>Тема: Экология и спорт: пути гармоничного сосуществования</w:t>
      </w:r>
    </w:p>
    <w:p w14:paraId="77A3993B" w14:textId="77777777" w:rsidR="00993D10" w:rsidRPr="00F32921" w:rsidRDefault="009F71E3">
      <w:pPr>
        <w:jc w:val="center"/>
        <w:rPr>
          <w:lang w:val="ru-RU"/>
        </w:rPr>
      </w:pPr>
      <w:r w:rsidRPr="00F32921">
        <w:rPr>
          <w:b/>
          <w:lang w:val="ru-RU"/>
        </w:rPr>
        <w:t>Направление: Спорт и экология</w:t>
      </w:r>
    </w:p>
    <w:p w14:paraId="5A3A5AF4" w14:textId="77777777" w:rsidR="00993D10" w:rsidRPr="00F32921" w:rsidRDefault="00993D10">
      <w:pPr>
        <w:rPr>
          <w:lang w:val="ru-RU"/>
        </w:rPr>
      </w:pPr>
    </w:p>
    <w:p w14:paraId="0BC0197C" w14:textId="77777777" w:rsidR="00993D10" w:rsidRPr="00F32921" w:rsidRDefault="00993D10">
      <w:pPr>
        <w:rPr>
          <w:lang w:val="ru-RU"/>
        </w:rPr>
      </w:pPr>
    </w:p>
    <w:p w14:paraId="639E7187" w14:textId="77777777" w:rsidR="00993D10" w:rsidRPr="00F32921" w:rsidRDefault="00993D10">
      <w:pPr>
        <w:rPr>
          <w:lang w:val="ru-RU"/>
        </w:rPr>
      </w:pPr>
    </w:p>
    <w:p w14:paraId="50762CD2" w14:textId="726113BB" w:rsidR="00993D10" w:rsidRPr="00F32921" w:rsidRDefault="009F71E3" w:rsidP="00F32921">
      <w:pPr>
        <w:ind w:left="4535" w:firstLine="0"/>
        <w:jc w:val="left"/>
        <w:rPr>
          <w:lang w:val="ru-RU"/>
        </w:rPr>
      </w:pPr>
      <w:r w:rsidRPr="00F32921">
        <w:rPr>
          <w:lang w:val="ru-RU"/>
        </w:rPr>
        <w:t>Выполнил:</w:t>
      </w:r>
      <w:r w:rsidRPr="00F32921">
        <w:rPr>
          <w:lang w:val="ru-RU"/>
        </w:rPr>
        <w:br/>
      </w:r>
      <w:r w:rsidR="00F32921">
        <w:rPr>
          <w:lang w:val="ru-RU"/>
        </w:rPr>
        <w:t xml:space="preserve">Муртазин Айрат </w:t>
      </w:r>
      <w:proofErr w:type="spellStart"/>
      <w:r w:rsidR="00F32921">
        <w:rPr>
          <w:lang w:val="ru-RU"/>
        </w:rPr>
        <w:t>Фаилович</w:t>
      </w:r>
      <w:proofErr w:type="spellEnd"/>
      <w:r w:rsidR="00F32921">
        <w:rPr>
          <w:lang w:val="ru-RU"/>
        </w:rPr>
        <w:t xml:space="preserve"> АГТУ ВШН</w:t>
      </w:r>
      <w:r w:rsidRPr="00F32921">
        <w:rPr>
          <w:lang w:val="ru-RU"/>
        </w:rPr>
        <w:br/>
      </w:r>
      <w:r w:rsidRPr="00F32921">
        <w:rPr>
          <w:lang w:val="ru-RU"/>
        </w:rPr>
        <w:br/>
        <w:t>Руководитель:</w:t>
      </w:r>
      <w:r w:rsidRPr="00F32921">
        <w:rPr>
          <w:lang w:val="ru-RU"/>
        </w:rPr>
        <w:br/>
      </w:r>
      <w:r w:rsidR="00F32921">
        <w:rPr>
          <w:lang w:val="ru-RU"/>
        </w:rPr>
        <w:t xml:space="preserve">Нуриахметова Галия </w:t>
      </w:r>
      <w:proofErr w:type="spellStart"/>
      <w:r w:rsidR="00F32921">
        <w:rPr>
          <w:lang w:val="ru-RU"/>
        </w:rPr>
        <w:t>Фаритовна</w:t>
      </w:r>
      <w:proofErr w:type="spellEnd"/>
      <w:r w:rsidR="00F32921">
        <w:rPr>
          <w:lang w:val="ru-RU"/>
        </w:rPr>
        <w:t xml:space="preserve"> </w:t>
      </w:r>
    </w:p>
    <w:p w14:paraId="60A259E4" w14:textId="77777777" w:rsidR="00993D10" w:rsidRPr="00F32921" w:rsidRDefault="00993D10">
      <w:pPr>
        <w:rPr>
          <w:lang w:val="ru-RU"/>
        </w:rPr>
      </w:pPr>
    </w:p>
    <w:p w14:paraId="4F5F655B" w14:textId="77777777" w:rsidR="00993D10" w:rsidRPr="00F32921" w:rsidRDefault="00993D10">
      <w:pPr>
        <w:rPr>
          <w:lang w:val="ru-RU"/>
        </w:rPr>
      </w:pPr>
    </w:p>
    <w:p w14:paraId="19C0329F" w14:textId="77777777" w:rsidR="00993D10" w:rsidRPr="00F32921" w:rsidRDefault="00993D10">
      <w:pPr>
        <w:rPr>
          <w:lang w:val="ru-RU"/>
        </w:rPr>
      </w:pPr>
    </w:p>
    <w:p w14:paraId="67238DDD" w14:textId="2B52BBC7" w:rsidR="00993D10" w:rsidRPr="00F32921" w:rsidRDefault="00993D10" w:rsidP="00F32921">
      <w:pPr>
        <w:ind w:firstLine="0"/>
        <w:rPr>
          <w:lang w:val="ru-RU"/>
        </w:rPr>
      </w:pPr>
    </w:p>
    <w:p w14:paraId="5A0651B7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br w:type="page"/>
      </w:r>
    </w:p>
    <w:p w14:paraId="3F79D20A" w14:textId="77777777" w:rsidR="00993D10" w:rsidRPr="00F32921" w:rsidRDefault="009F71E3">
      <w:pPr>
        <w:pStyle w:val="1"/>
        <w:rPr>
          <w:lang w:val="ru-RU"/>
        </w:rPr>
      </w:pPr>
      <w:r w:rsidRPr="00F32921">
        <w:rPr>
          <w:lang w:val="ru-RU"/>
        </w:rPr>
        <w:lastRenderedPageBreak/>
        <w:t>СОДЕРЖАНИЕ</w:t>
      </w:r>
    </w:p>
    <w:p w14:paraId="3F7BAD70" w14:textId="77777777" w:rsidR="00993D10" w:rsidRPr="00F32921" w:rsidRDefault="009F71E3">
      <w:pPr>
        <w:ind w:firstLine="0"/>
        <w:jc w:val="left"/>
        <w:rPr>
          <w:lang w:val="ru-RU"/>
        </w:rPr>
      </w:pPr>
      <w:r w:rsidRPr="00F32921">
        <w:rPr>
          <w:lang w:val="ru-RU"/>
        </w:rPr>
        <w:t>Введение ……………………………………………………………………… 3</w:t>
      </w:r>
    </w:p>
    <w:p w14:paraId="06B9796F" w14:textId="5FAFB91A" w:rsidR="00993D10" w:rsidRPr="00F32921" w:rsidRDefault="009F71E3">
      <w:pPr>
        <w:ind w:firstLine="0"/>
        <w:jc w:val="left"/>
        <w:rPr>
          <w:lang w:val="ru-RU"/>
        </w:rPr>
      </w:pPr>
      <w:r w:rsidRPr="00F32921">
        <w:rPr>
          <w:lang w:val="ru-RU"/>
        </w:rPr>
        <w:t xml:space="preserve">Глава 1. Экологические проблемы современной спортивной индустрии ……… </w:t>
      </w:r>
      <w:r w:rsidR="00F32921">
        <w:rPr>
          <w:lang w:val="ru-RU"/>
        </w:rPr>
        <w:t>5</w:t>
      </w:r>
    </w:p>
    <w:p w14:paraId="14743F57" w14:textId="5A1C1E26" w:rsidR="00993D10" w:rsidRPr="00F32921" w:rsidRDefault="009F71E3">
      <w:pPr>
        <w:ind w:firstLine="0"/>
        <w:jc w:val="left"/>
        <w:rPr>
          <w:lang w:val="ru-RU"/>
        </w:rPr>
      </w:pPr>
      <w:r w:rsidRPr="00F32921">
        <w:rPr>
          <w:lang w:val="ru-RU"/>
        </w:rPr>
        <w:t xml:space="preserve">   1.1. Углеродный след крупных соревнований …………………………… </w:t>
      </w:r>
      <w:r w:rsidR="00F32921">
        <w:rPr>
          <w:lang w:val="ru-RU"/>
        </w:rPr>
        <w:t>5</w:t>
      </w:r>
    </w:p>
    <w:p w14:paraId="4AAE9FEE" w14:textId="77777777" w:rsidR="00993D10" w:rsidRPr="00F32921" w:rsidRDefault="009F71E3">
      <w:pPr>
        <w:ind w:firstLine="0"/>
        <w:jc w:val="left"/>
        <w:rPr>
          <w:lang w:val="ru-RU"/>
        </w:rPr>
      </w:pPr>
      <w:r w:rsidRPr="00F32921">
        <w:rPr>
          <w:lang w:val="ru-RU"/>
        </w:rPr>
        <w:t xml:space="preserve">   1.2. Проблема пластика и синтетических материалов в спорте ………</w:t>
      </w:r>
      <w:r w:rsidRPr="00F32921">
        <w:rPr>
          <w:lang w:val="ru-RU"/>
        </w:rPr>
        <w:t>… 6</w:t>
      </w:r>
    </w:p>
    <w:p w14:paraId="283A5790" w14:textId="19163214" w:rsidR="00993D10" w:rsidRPr="00F32921" w:rsidRDefault="009F71E3">
      <w:pPr>
        <w:ind w:firstLine="0"/>
        <w:jc w:val="left"/>
        <w:rPr>
          <w:lang w:val="ru-RU"/>
        </w:rPr>
      </w:pPr>
      <w:r w:rsidRPr="00F32921">
        <w:rPr>
          <w:lang w:val="ru-RU"/>
        </w:rPr>
        <w:t xml:space="preserve">   1.3. Водные и энергетические ресурсы </w:t>
      </w:r>
      <w:proofErr w:type="spellStart"/>
      <w:r w:rsidRPr="00F32921">
        <w:rPr>
          <w:lang w:val="ru-RU"/>
        </w:rPr>
        <w:t>спортобъектов</w:t>
      </w:r>
      <w:proofErr w:type="spellEnd"/>
      <w:r w:rsidRPr="00F32921">
        <w:rPr>
          <w:lang w:val="ru-RU"/>
        </w:rPr>
        <w:t xml:space="preserve"> ………………… </w:t>
      </w:r>
      <w:r w:rsidR="00F32921">
        <w:rPr>
          <w:lang w:val="ru-RU"/>
        </w:rPr>
        <w:t>6</w:t>
      </w:r>
    </w:p>
    <w:p w14:paraId="613DEA94" w14:textId="77777777" w:rsidR="00993D10" w:rsidRPr="00F32921" w:rsidRDefault="009F71E3">
      <w:pPr>
        <w:ind w:firstLine="0"/>
        <w:jc w:val="left"/>
        <w:rPr>
          <w:lang w:val="ru-RU"/>
        </w:rPr>
      </w:pPr>
      <w:r w:rsidRPr="00F32921">
        <w:rPr>
          <w:lang w:val="ru-RU"/>
        </w:rPr>
        <w:t>Глава 2. Спорт как инструмент экологического просвещения …………… 8</w:t>
      </w:r>
    </w:p>
    <w:p w14:paraId="1F5D239B" w14:textId="77777777" w:rsidR="00993D10" w:rsidRPr="00F32921" w:rsidRDefault="009F71E3">
      <w:pPr>
        <w:ind w:firstLine="0"/>
        <w:jc w:val="left"/>
        <w:rPr>
          <w:lang w:val="ru-RU"/>
        </w:rPr>
      </w:pPr>
      <w:r w:rsidRPr="00F32921">
        <w:rPr>
          <w:lang w:val="ru-RU"/>
        </w:rPr>
        <w:t xml:space="preserve">   2.1. Мировой опыт проведения «зеленых» чемпионатов ………………… 8</w:t>
      </w:r>
    </w:p>
    <w:p w14:paraId="532BC41A" w14:textId="77777777" w:rsidR="00993D10" w:rsidRPr="00F32921" w:rsidRDefault="009F71E3">
      <w:pPr>
        <w:ind w:firstLine="0"/>
        <w:jc w:val="left"/>
        <w:rPr>
          <w:lang w:val="ru-RU"/>
        </w:rPr>
      </w:pPr>
      <w:r w:rsidRPr="00F32921">
        <w:rPr>
          <w:lang w:val="ru-RU"/>
        </w:rPr>
        <w:t xml:space="preserve">   2.2. Экологические инициативы в массовом спорте ……………………… 9</w:t>
      </w:r>
    </w:p>
    <w:p w14:paraId="510F0EA2" w14:textId="77777777" w:rsidR="00993D10" w:rsidRPr="00F32921" w:rsidRDefault="009F71E3">
      <w:pPr>
        <w:ind w:firstLine="0"/>
        <w:jc w:val="left"/>
        <w:rPr>
          <w:lang w:val="ru-RU"/>
        </w:rPr>
      </w:pPr>
      <w:r w:rsidRPr="00F32921">
        <w:rPr>
          <w:lang w:val="ru-RU"/>
        </w:rPr>
        <w:t>Глава 3. Практические пути решения: что может сделать каждый ……… 10</w:t>
      </w:r>
    </w:p>
    <w:p w14:paraId="49B139FD" w14:textId="77777777" w:rsidR="00993D10" w:rsidRPr="00F32921" w:rsidRDefault="009F71E3">
      <w:pPr>
        <w:ind w:firstLine="0"/>
        <w:jc w:val="left"/>
        <w:rPr>
          <w:lang w:val="ru-RU"/>
        </w:rPr>
      </w:pPr>
      <w:r w:rsidRPr="00F32921">
        <w:rPr>
          <w:lang w:val="ru-RU"/>
        </w:rPr>
        <w:t xml:space="preserve">   3.1. Эко-привычки юного спортсмена …………………………………… 10</w:t>
      </w:r>
    </w:p>
    <w:p w14:paraId="2F0A7049" w14:textId="77777777" w:rsidR="00993D10" w:rsidRPr="00F32921" w:rsidRDefault="009F71E3">
      <w:pPr>
        <w:ind w:firstLine="0"/>
        <w:jc w:val="left"/>
        <w:rPr>
          <w:lang w:val="ru-RU"/>
        </w:rPr>
      </w:pPr>
      <w:r w:rsidRPr="00F32921">
        <w:rPr>
          <w:lang w:val="ru-RU"/>
        </w:rPr>
        <w:t xml:space="preserve">   3.</w:t>
      </w:r>
      <w:r w:rsidRPr="00F32921">
        <w:rPr>
          <w:lang w:val="ru-RU"/>
        </w:rPr>
        <w:t>2. Роль школьных спортивных клубов в экологизации спорта ……… 11</w:t>
      </w:r>
    </w:p>
    <w:p w14:paraId="3E825E09" w14:textId="77777777" w:rsidR="00993D10" w:rsidRPr="00F32921" w:rsidRDefault="009F71E3">
      <w:pPr>
        <w:ind w:firstLine="0"/>
        <w:jc w:val="left"/>
        <w:rPr>
          <w:lang w:val="ru-RU"/>
        </w:rPr>
      </w:pPr>
      <w:r w:rsidRPr="00F32921">
        <w:rPr>
          <w:lang w:val="ru-RU"/>
        </w:rPr>
        <w:t>Заключение ………………………………………………………………… 12</w:t>
      </w:r>
    </w:p>
    <w:p w14:paraId="2A5E5DFB" w14:textId="77777777" w:rsidR="00993D10" w:rsidRPr="00F32921" w:rsidRDefault="009F71E3">
      <w:pPr>
        <w:ind w:firstLine="0"/>
        <w:jc w:val="left"/>
        <w:rPr>
          <w:lang w:val="ru-RU"/>
        </w:rPr>
      </w:pPr>
      <w:r w:rsidRPr="00F32921">
        <w:rPr>
          <w:lang w:val="ru-RU"/>
        </w:rPr>
        <w:t>Список литературы ………………………………………………………… 13</w:t>
      </w:r>
    </w:p>
    <w:p w14:paraId="01483071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br w:type="page"/>
      </w:r>
    </w:p>
    <w:p w14:paraId="497712C0" w14:textId="77777777" w:rsidR="00993D10" w:rsidRPr="00F32921" w:rsidRDefault="009F71E3">
      <w:pPr>
        <w:pStyle w:val="1"/>
        <w:rPr>
          <w:lang w:val="ru-RU"/>
        </w:rPr>
      </w:pPr>
      <w:r w:rsidRPr="00F32921">
        <w:rPr>
          <w:lang w:val="ru-RU"/>
        </w:rPr>
        <w:lastRenderedPageBreak/>
        <w:t>ВВЕДЕНИЕ</w:t>
      </w:r>
    </w:p>
    <w:p w14:paraId="78173653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 xml:space="preserve">Актуальность исследования. В </w:t>
      </w:r>
      <w:r>
        <w:t>XXI</w:t>
      </w:r>
      <w:r w:rsidRPr="00F32921">
        <w:rPr>
          <w:lang w:val="ru-RU"/>
        </w:rPr>
        <w:t xml:space="preserve"> веке человечество столкнулось с глобальными экологическими вызов</w:t>
      </w:r>
      <w:r w:rsidRPr="00F32921">
        <w:rPr>
          <w:lang w:val="ru-RU"/>
        </w:rPr>
        <w:t>ами: изменение климата, загрязнение океанов пластиком, вырубка лесов и истощение ресурсов. Эти проблемы затрагивают все сферы жизни, и спорт не исключение. На протяжении десятилетий спорт воспринимался как символ здоровья и силы, однако за кулисами массовы</w:t>
      </w:r>
      <w:r w:rsidRPr="00F32921">
        <w:rPr>
          <w:lang w:val="ru-RU"/>
        </w:rPr>
        <w:t>х соревнований и ежедневных тренировок скрывается значительный экологический след.</w:t>
      </w:r>
    </w:p>
    <w:p w14:paraId="2D8C0D02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По данным Международного олимпийского комитета (МОК), проведение одних только Олимпийских игр генерирует от 2 до 3,5 миллионов тонн углекислого газа. Строительство стадионов</w:t>
      </w:r>
      <w:r w:rsidRPr="00F32921">
        <w:rPr>
          <w:lang w:val="ru-RU"/>
        </w:rPr>
        <w:t>, перелеты спортсменов и болельщиков, производство экипировки — всё это наносит урон окружающей среде. В то же время именно спорт обладает колоссальной силой влияния на общественное сознание. Миллиарды людей смотрят соревнования, миллионы занимаются физкул</w:t>
      </w:r>
      <w:r w:rsidRPr="00F32921">
        <w:rPr>
          <w:lang w:val="ru-RU"/>
        </w:rPr>
        <w:t>ьтурой. Если направить эту энергию в экологическое русло, можно добиться значительных позитивных изменений.</w:t>
      </w:r>
    </w:p>
    <w:p w14:paraId="70DBCD21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Объект исследования — современная спортивная деятельность и её инфраструктура.</w:t>
      </w:r>
    </w:p>
    <w:p w14:paraId="3B596F2A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Предмет исследования — взаимосвязь между занятиями спортом и состояни</w:t>
      </w:r>
      <w:r w:rsidRPr="00F32921">
        <w:rPr>
          <w:lang w:val="ru-RU"/>
        </w:rPr>
        <w:t>ем окружающей среды, а также способы минимизации негативного воздействия.</w:t>
      </w:r>
    </w:p>
    <w:p w14:paraId="710A619E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Цель работы — выявить основные экологические проблемы в спорте и предложить доступные каждому человеку пути их решения.</w:t>
      </w:r>
    </w:p>
    <w:p w14:paraId="364FCF8D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Для достижения поставленной цели решались следующие задачи:</w:t>
      </w:r>
    </w:p>
    <w:p w14:paraId="2EDA3674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lastRenderedPageBreak/>
        <w:t>1.</w:t>
      </w:r>
      <w:r w:rsidRPr="00F32921">
        <w:rPr>
          <w:lang w:val="ru-RU"/>
        </w:rPr>
        <w:t xml:space="preserve"> Проанализировать основные источники загрязнения и потребления ресурсов в спортивной индустрии.</w:t>
      </w:r>
    </w:p>
    <w:p w14:paraId="0467DF01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2. Изучить мировой опыт проведения экологичных спортивных мероприятий.</w:t>
      </w:r>
    </w:p>
    <w:p w14:paraId="1FE2DB31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3. Рассмотреть примеры успешных эко-инициатив в массовом спорте.</w:t>
      </w:r>
    </w:p>
    <w:p w14:paraId="5CFFB89F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4. Разработать практичес</w:t>
      </w:r>
      <w:r w:rsidRPr="00F32921">
        <w:rPr>
          <w:lang w:val="ru-RU"/>
        </w:rPr>
        <w:t>кие рекомендации для школьников и любителей спорта по снижению личного экологического следа.</w:t>
      </w:r>
    </w:p>
    <w:p w14:paraId="595A9316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5. Обосновать роль школьных спортивных клубов в воспитании экологического сознания.</w:t>
      </w:r>
    </w:p>
    <w:p w14:paraId="02C99F58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Гипотеза исследования. Предполагается, что внедрение экологических привычек в п</w:t>
      </w:r>
      <w:r w:rsidRPr="00F32921">
        <w:rPr>
          <w:lang w:val="ru-RU"/>
        </w:rPr>
        <w:t>овседневные занятия спортом (отказ от пластика, использование многоразовых вещей, выбор экологичного транспорта) способно существенно снизить вред окружающей среде без потери эффективности и качества тренировок.</w:t>
      </w:r>
    </w:p>
    <w:p w14:paraId="0BF2991C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Методы исследования: анализ научной литерату</w:t>
      </w:r>
      <w:r w:rsidRPr="00F32921">
        <w:rPr>
          <w:lang w:val="ru-RU"/>
        </w:rPr>
        <w:t>ры и статистических данных, обобщение мирового опыта, наблюдение, метод сравнения и аналогии.</w:t>
      </w:r>
    </w:p>
    <w:p w14:paraId="74E88C1B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Практическая значимость работы заключается в том, что её выводы могут быть использованы школьными спортивными клубами, учителями физкультуры и самими учащимися дл</w:t>
      </w:r>
      <w:r w:rsidRPr="00F32921">
        <w:rPr>
          <w:lang w:val="ru-RU"/>
        </w:rPr>
        <w:t>я организации более экологичных тренировок и мероприятий.</w:t>
      </w:r>
    </w:p>
    <w:p w14:paraId="1853DCD7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br w:type="page"/>
      </w:r>
    </w:p>
    <w:p w14:paraId="644BE42B" w14:textId="77777777" w:rsidR="00993D10" w:rsidRPr="00F32921" w:rsidRDefault="009F71E3">
      <w:pPr>
        <w:pStyle w:val="1"/>
        <w:rPr>
          <w:lang w:val="ru-RU"/>
        </w:rPr>
      </w:pPr>
      <w:r w:rsidRPr="00F32921">
        <w:rPr>
          <w:lang w:val="ru-RU"/>
        </w:rPr>
        <w:lastRenderedPageBreak/>
        <w:t>Глава 1. ЭКОЛОГИЧЕСКИЕ ПРОБЛЕМЫ СОВРЕМЕННОЙ СПОРТИВНОЙ ИНДУСТРИИ</w:t>
      </w:r>
    </w:p>
    <w:p w14:paraId="4E7D2B13" w14:textId="77777777" w:rsidR="00993D10" w:rsidRPr="00F32921" w:rsidRDefault="009F71E3">
      <w:pPr>
        <w:pStyle w:val="21"/>
        <w:rPr>
          <w:lang w:val="ru-RU"/>
        </w:rPr>
      </w:pPr>
      <w:r w:rsidRPr="00F32921">
        <w:rPr>
          <w:lang w:val="ru-RU"/>
        </w:rPr>
        <w:t>1.1. Углеродный след крупных соревнований</w:t>
      </w:r>
    </w:p>
    <w:p w14:paraId="32EA4F7F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Одним из главных источников загрязнения в спорте является проведение международных турнир</w:t>
      </w:r>
      <w:r w:rsidRPr="00F32921">
        <w:rPr>
          <w:lang w:val="ru-RU"/>
        </w:rPr>
        <w:t>ов. Рассмотрим наиболее масштабные из них.</w:t>
      </w:r>
    </w:p>
    <w:p w14:paraId="61F87B93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 xml:space="preserve">Олимпийские игры. По оценкам экспертов, выбросы </w:t>
      </w:r>
      <w:r>
        <w:t>CO</w:t>
      </w:r>
      <w:r w:rsidRPr="00F32921">
        <w:rPr>
          <w:lang w:val="ru-RU"/>
        </w:rPr>
        <w:t>₂ при подготовке и проведении Олимпиады в Лондоне (2012) составили около 3,3 млн тонн, в Рио-де-Жанейро (2016) — примерно 3,6 млн тонн. Основные источники:</w:t>
      </w:r>
    </w:p>
    <w:p w14:paraId="14A99856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 xml:space="preserve">— </w:t>
      </w:r>
      <w:r w:rsidRPr="00F32921">
        <w:rPr>
          <w:lang w:val="ru-RU"/>
        </w:rPr>
        <w:t>Строительство новых объектов (бетон, металл, транспорт строительной техники) — до 40% всех выбросов;</w:t>
      </w:r>
    </w:p>
    <w:p w14:paraId="4945DE3A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— Международные перелеты спортсменов, тренеров, журналистов и болельщиков — до 35%;</w:t>
      </w:r>
    </w:p>
    <w:p w14:paraId="186B3FBF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— Энергопотребление во время самих игр (освещение, кондиционирование, р</w:t>
      </w:r>
      <w:r w:rsidRPr="00F32921">
        <w:rPr>
          <w:lang w:val="ru-RU"/>
        </w:rPr>
        <w:t xml:space="preserve">абота </w:t>
      </w:r>
      <w:proofErr w:type="gramStart"/>
      <w:r w:rsidRPr="00F32921">
        <w:rPr>
          <w:lang w:val="ru-RU"/>
        </w:rPr>
        <w:t>медиа-центров</w:t>
      </w:r>
      <w:proofErr w:type="gramEnd"/>
      <w:r w:rsidRPr="00F32921">
        <w:rPr>
          <w:lang w:val="ru-RU"/>
        </w:rPr>
        <w:t>) — 20%.</w:t>
      </w:r>
    </w:p>
    <w:p w14:paraId="657952B5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Чемпионаты мира по футболу. Проведение ЧМ-2022 в Катаре вызвало особую критику экологов. В пустыне были построены 7 новых стадионов с системами охлаждения, потребляющими огромное количество энергии. Итоговый углеродный след турн</w:t>
      </w:r>
      <w:r w:rsidRPr="00F32921">
        <w:rPr>
          <w:lang w:val="ru-RU"/>
        </w:rPr>
        <w:t xml:space="preserve">ира оценивался почти в 3,6 млн тонн </w:t>
      </w:r>
      <w:r>
        <w:t>CO</w:t>
      </w:r>
      <w:r w:rsidRPr="00F32921">
        <w:rPr>
          <w:lang w:val="ru-RU"/>
        </w:rPr>
        <w:t>₂.</w:t>
      </w:r>
    </w:p>
    <w:p w14:paraId="7A66DF2A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Логистика и трансферы. Даже рядовые соревнования регионального уровня требуют транспортировки оборудования, питания, воды. Учитывая, что большинство товаров для спорта производится в Азии (одежда, мячи, обувь), их д</w:t>
      </w:r>
      <w:r w:rsidRPr="00F32921">
        <w:rPr>
          <w:lang w:val="ru-RU"/>
        </w:rPr>
        <w:t>оставка в Европу и Америку добавляет миллионы тонн парниковых газов ежегодно.</w:t>
      </w:r>
    </w:p>
    <w:p w14:paraId="578C404C" w14:textId="77777777" w:rsidR="00993D10" w:rsidRPr="00F32921" w:rsidRDefault="009F71E3">
      <w:pPr>
        <w:pStyle w:val="21"/>
        <w:rPr>
          <w:lang w:val="ru-RU"/>
        </w:rPr>
      </w:pPr>
      <w:r w:rsidRPr="00F32921">
        <w:rPr>
          <w:lang w:val="ru-RU"/>
        </w:rPr>
        <w:lastRenderedPageBreak/>
        <w:t>1.2. Проблема пластика и синтетических материалов в спорте</w:t>
      </w:r>
    </w:p>
    <w:p w14:paraId="3A8B8F22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Спортивная индустрия — один из крупнейших потребителей синтетики. Более 60% всей спортивной одежды производится из поли</w:t>
      </w:r>
      <w:r w:rsidRPr="00F32921">
        <w:rPr>
          <w:lang w:val="ru-RU"/>
        </w:rPr>
        <w:t>эстера и нейлона. Это имеет две серьезные экологические проблемы:</w:t>
      </w:r>
    </w:p>
    <w:p w14:paraId="16FED7EE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 xml:space="preserve">1. Производство. Для создания 1 кг полиэстера требуется около 110 МДж энергии и выделяется 16 кг </w:t>
      </w:r>
      <w:r>
        <w:t>CO</w:t>
      </w:r>
      <w:r w:rsidRPr="00F32921">
        <w:rPr>
          <w:lang w:val="ru-RU"/>
        </w:rPr>
        <w:t>₂. Это в 3 раза больше, чем для производства хлопка.</w:t>
      </w:r>
    </w:p>
    <w:p w14:paraId="49AE915D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 xml:space="preserve">2. </w:t>
      </w:r>
      <w:proofErr w:type="spellStart"/>
      <w:r w:rsidRPr="00F32921">
        <w:rPr>
          <w:lang w:val="ru-RU"/>
        </w:rPr>
        <w:t>Микропластик</w:t>
      </w:r>
      <w:proofErr w:type="spellEnd"/>
      <w:r w:rsidRPr="00F32921">
        <w:rPr>
          <w:lang w:val="ru-RU"/>
        </w:rPr>
        <w:t xml:space="preserve">. При каждой </w:t>
      </w:r>
      <w:r w:rsidRPr="00F32921">
        <w:rPr>
          <w:lang w:val="ru-RU"/>
        </w:rPr>
        <w:t xml:space="preserve">стирке синтетической футболки в воду попадает до 700 000 микрочастиц пластика. Эти частицы проходят через очистные сооружения и попадают в океаны, убивая морских обитателей. По данным исследований, 35% всего </w:t>
      </w:r>
      <w:proofErr w:type="spellStart"/>
      <w:r w:rsidRPr="00F32921">
        <w:rPr>
          <w:lang w:val="ru-RU"/>
        </w:rPr>
        <w:t>микропластика</w:t>
      </w:r>
      <w:proofErr w:type="spellEnd"/>
      <w:r w:rsidRPr="00F32921">
        <w:rPr>
          <w:lang w:val="ru-RU"/>
        </w:rPr>
        <w:t xml:space="preserve"> в океане — это волокна от спортивн</w:t>
      </w:r>
      <w:r w:rsidRPr="00F32921">
        <w:rPr>
          <w:lang w:val="ru-RU"/>
        </w:rPr>
        <w:t>ой одежды.</w:t>
      </w:r>
    </w:p>
    <w:p w14:paraId="490B76B3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Обувь — отдельная проблема. 95% спортивных кроссовок производятся из пластика, резины и синтетических клеев. Они практически не перерабатываются. Ежегодно в мире продается около 25 миллиардов пар обуви, большая часть которой окажется на свалках,</w:t>
      </w:r>
      <w:r w:rsidRPr="00F32921">
        <w:rPr>
          <w:lang w:val="ru-RU"/>
        </w:rPr>
        <w:t xml:space="preserve"> где будет разлагаться от 500 до 1000 лет.</w:t>
      </w:r>
    </w:p>
    <w:p w14:paraId="57D589AB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Пластиковые бутылки. На спортивных мероприятиях ежегодно используется миллиарды пластиковых бутылок. Даже если их сдают на переработку, лишь 9% пластика в мире действительно перерабатывается во вторсырье, остально</w:t>
      </w:r>
      <w:r w:rsidRPr="00F32921">
        <w:rPr>
          <w:lang w:val="ru-RU"/>
        </w:rPr>
        <w:t>е сжигается или закапывается.</w:t>
      </w:r>
    </w:p>
    <w:p w14:paraId="360F3A64" w14:textId="77777777" w:rsidR="00993D10" w:rsidRPr="00F32921" w:rsidRDefault="009F71E3">
      <w:pPr>
        <w:pStyle w:val="21"/>
        <w:rPr>
          <w:lang w:val="ru-RU"/>
        </w:rPr>
      </w:pPr>
      <w:r w:rsidRPr="00F32921">
        <w:rPr>
          <w:lang w:val="ru-RU"/>
        </w:rPr>
        <w:t xml:space="preserve">1.3. Водные и энергетические ресурсы </w:t>
      </w:r>
      <w:proofErr w:type="spellStart"/>
      <w:r w:rsidRPr="00F32921">
        <w:rPr>
          <w:lang w:val="ru-RU"/>
        </w:rPr>
        <w:t>спортобъектов</w:t>
      </w:r>
      <w:proofErr w:type="spellEnd"/>
    </w:p>
    <w:p w14:paraId="013FDCEF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Спортивные сооружения — одни из самых ресурсоемких объектов.</w:t>
      </w:r>
    </w:p>
    <w:p w14:paraId="0A0B5EB2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Вода. Полив футбольных и гольф-полей требует огромного количества воды. Одно поле в засушливом климате может расхо</w:t>
      </w:r>
      <w:r w:rsidRPr="00F32921">
        <w:rPr>
          <w:lang w:val="ru-RU"/>
        </w:rPr>
        <w:t xml:space="preserve">довать до 2 млн литров воды </w:t>
      </w:r>
      <w:r w:rsidRPr="00F32921">
        <w:rPr>
          <w:lang w:val="ru-RU"/>
        </w:rPr>
        <w:lastRenderedPageBreak/>
        <w:t>в год — это примерно столько, сколько 70 человек потребляют за год. Бассейны теряют воду на испарение и фильтрацию. Крытые ледовые арены используют воду для заливки льда, а затем для его охлаждения.</w:t>
      </w:r>
    </w:p>
    <w:p w14:paraId="713C8A09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Энергия. Ледовые дворцы и кры</w:t>
      </w:r>
      <w:r w:rsidRPr="00F32921">
        <w:rPr>
          <w:lang w:val="ru-RU"/>
        </w:rPr>
        <w:t>тые стадионы работают круглый год. Освещение, системы вентиляции и кондиционирования, подогрев сидений — всё это требует электроэнергии, полученной, как правило, от сжигания угля и газа. Один средний ледовый комплекс потребляет столько же электроэнергии, с</w:t>
      </w:r>
      <w:r w:rsidRPr="00F32921">
        <w:rPr>
          <w:lang w:val="ru-RU"/>
        </w:rPr>
        <w:t>колько небольшой жилой микрорайон.</w:t>
      </w:r>
    </w:p>
    <w:p w14:paraId="3A886987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Таким образом, спорт, который призван укреплять здоровье человека, невольно вредит здоровью планеты. Однако, как будет показано в следующей главе, ситуация не безнадежна, и уже существуют успешные примеры перехода к устой</w:t>
      </w:r>
      <w:r w:rsidRPr="00F32921">
        <w:rPr>
          <w:lang w:val="ru-RU"/>
        </w:rPr>
        <w:t>чивому развитию.</w:t>
      </w:r>
    </w:p>
    <w:p w14:paraId="1E4531A4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br w:type="page"/>
      </w:r>
    </w:p>
    <w:p w14:paraId="5F8E32FF" w14:textId="77777777" w:rsidR="00993D10" w:rsidRPr="00F32921" w:rsidRDefault="009F71E3">
      <w:pPr>
        <w:pStyle w:val="1"/>
        <w:rPr>
          <w:lang w:val="ru-RU"/>
        </w:rPr>
      </w:pPr>
      <w:r w:rsidRPr="00F32921">
        <w:rPr>
          <w:lang w:val="ru-RU"/>
        </w:rPr>
        <w:lastRenderedPageBreak/>
        <w:t>Глава 2. СПОРТ КАК ИНСТРУМЕНТ ЭКОЛОГИЧЕСКОГО ПРОСВЕЩЕНИЯ</w:t>
      </w:r>
    </w:p>
    <w:p w14:paraId="6D475958" w14:textId="77777777" w:rsidR="00993D10" w:rsidRPr="00F32921" w:rsidRDefault="009F71E3">
      <w:pPr>
        <w:pStyle w:val="21"/>
        <w:rPr>
          <w:lang w:val="ru-RU"/>
        </w:rPr>
      </w:pPr>
      <w:r w:rsidRPr="00F32921">
        <w:rPr>
          <w:lang w:val="ru-RU"/>
        </w:rPr>
        <w:t>2.1. Мировой опыт проведения «зеленых» чемпионатов</w:t>
      </w:r>
    </w:p>
    <w:p w14:paraId="653B76B5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Осознавая масштабы проблемы, международные спортивные организации начали внедрять экологические стандарты.</w:t>
      </w:r>
    </w:p>
    <w:p w14:paraId="3545F3C4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Повестка МОК до 2030 г</w:t>
      </w:r>
      <w:r w:rsidRPr="00F32921">
        <w:rPr>
          <w:lang w:val="ru-RU"/>
        </w:rPr>
        <w:t>ода. МОК обязал все города-кандидаты на проведение Олимпиад предоставлять экологические планы. Среди требований: максимальное использование существующих объектов, чтобы не строить новые; использование возобновляемой энергии (солнце, ветер) для питания стад</w:t>
      </w:r>
      <w:r w:rsidRPr="00F32921">
        <w:rPr>
          <w:lang w:val="ru-RU"/>
        </w:rPr>
        <w:t>ионов; нулевой выброс пластика на всех объектах.</w:t>
      </w:r>
    </w:p>
    <w:p w14:paraId="57A58343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Пример Токио-2020. Медали были изготовлены из переработанных металлов, собранных из старой электроники (телефонов, ноутбуков). Подиумы построили из переработанного пластика, а экипировка спортсменов частично</w:t>
      </w:r>
      <w:r w:rsidRPr="00F32921">
        <w:rPr>
          <w:lang w:val="ru-RU"/>
        </w:rPr>
        <w:t xml:space="preserve"> производилась из переработанных волокон. Этот опыт показал, что даже на таком уровне можно снизить нагрузку на природу.</w:t>
      </w:r>
    </w:p>
    <w:p w14:paraId="03A9921C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Пример Париж-2024. Франция поставила цель сократить углеродный след Игр в 2 раза по сравнению с Лондоном-2012. Для этого 95% объектов у</w:t>
      </w:r>
      <w:r w:rsidRPr="00F32921">
        <w:rPr>
          <w:lang w:val="ru-RU"/>
        </w:rPr>
        <w:t>же существовали или строились с использованием экологичных материалов. Отказались от одноразового пластика на всех точках питания. Спортсмены добирались до объектов на электробусах.</w:t>
      </w:r>
    </w:p>
    <w:p w14:paraId="1B56FDD0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Формула-1 (автоспорт). Казалось бы, самый «грязный» вид спорта, но и здесь</w:t>
      </w:r>
      <w:r w:rsidRPr="00F32921">
        <w:rPr>
          <w:lang w:val="ru-RU"/>
        </w:rPr>
        <w:t xml:space="preserve"> есть прогресс. Формула-1 объявила о переходе на синтетическое биотопливо и гибридные двигатели, а также о цели стать углеродно-нейтральной к 2030 году.</w:t>
      </w:r>
    </w:p>
    <w:p w14:paraId="7353CC88" w14:textId="77777777" w:rsidR="00993D10" w:rsidRPr="00F32921" w:rsidRDefault="009F71E3">
      <w:pPr>
        <w:pStyle w:val="21"/>
        <w:rPr>
          <w:lang w:val="ru-RU"/>
        </w:rPr>
      </w:pPr>
      <w:r w:rsidRPr="00F32921">
        <w:rPr>
          <w:lang w:val="ru-RU"/>
        </w:rPr>
        <w:lastRenderedPageBreak/>
        <w:t>2.2. Экологические инициативы в массовом спорте</w:t>
      </w:r>
    </w:p>
    <w:p w14:paraId="70DA718B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 xml:space="preserve">Помимо больших турниров, активно развивается «низовой» </w:t>
      </w:r>
      <w:r w:rsidRPr="00F32921">
        <w:rPr>
          <w:lang w:val="ru-RU"/>
        </w:rPr>
        <w:t>спорт.</w:t>
      </w:r>
    </w:p>
    <w:p w14:paraId="0742D052" w14:textId="77777777" w:rsidR="00993D10" w:rsidRPr="00F32921" w:rsidRDefault="009F71E3">
      <w:pPr>
        <w:rPr>
          <w:lang w:val="ru-RU"/>
        </w:rPr>
      </w:pPr>
      <w:r>
        <w:t>Plogging</w:t>
      </w:r>
      <w:r w:rsidRPr="00F32921">
        <w:rPr>
          <w:lang w:val="ru-RU"/>
        </w:rPr>
        <w:t xml:space="preserve"> (шведское "</w:t>
      </w:r>
      <w:proofErr w:type="spellStart"/>
      <w:r>
        <w:t>plocka</w:t>
      </w:r>
      <w:proofErr w:type="spellEnd"/>
      <w:r w:rsidRPr="00F32921">
        <w:rPr>
          <w:lang w:val="ru-RU"/>
        </w:rPr>
        <w:t xml:space="preserve"> </w:t>
      </w:r>
      <w:proofErr w:type="spellStart"/>
      <w:r>
        <w:t>upp</w:t>
      </w:r>
      <w:proofErr w:type="spellEnd"/>
      <w:r w:rsidRPr="00F32921">
        <w:rPr>
          <w:lang w:val="ru-RU"/>
        </w:rPr>
        <w:t>" — собирать + "</w:t>
      </w:r>
      <w:r>
        <w:t>jogging</w:t>
      </w:r>
      <w:r w:rsidRPr="00F32921">
        <w:rPr>
          <w:lang w:val="ru-RU"/>
        </w:rPr>
        <w:t>" — бег). Это бег с одновременным сбором мусора. Зародившись в Швеции в 2016 году, движение охватило более 100 стран. В России тысячи людей выходят на пробежки с мешками для мусора, совмещая польз</w:t>
      </w:r>
      <w:r w:rsidRPr="00F32921">
        <w:rPr>
          <w:lang w:val="ru-RU"/>
        </w:rPr>
        <w:t>у для здоровья с пользой для города.</w:t>
      </w:r>
    </w:p>
    <w:p w14:paraId="293E7FC8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Эко-забеги. Организаторы массовых марафонов переходят на использование бумажных стаканчиков вместо пластиковых, а на пунктах питания воду раздают в многоразовых емкостях.</w:t>
      </w:r>
    </w:p>
    <w:p w14:paraId="5DB8D2A7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Спортивные субботники. Во многих школах экологич</w:t>
      </w:r>
      <w:r w:rsidRPr="00F32921">
        <w:rPr>
          <w:lang w:val="ru-RU"/>
        </w:rPr>
        <w:t>еские акции становятся частью уроков физкультуры. Например, турнир по футболу, за который нужно сначала очистить поле и прилегающую территорию от мусора.</w:t>
      </w:r>
    </w:p>
    <w:p w14:paraId="167636F3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 xml:space="preserve">Раздельный сбор на стадионах. На крупных аренах устанавливают разные баки для пластика, стекла и </w:t>
      </w:r>
      <w:r w:rsidRPr="00F32921">
        <w:rPr>
          <w:lang w:val="ru-RU"/>
        </w:rPr>
        <w:t>бумаги. Болельщики учатся сортировать мусор в перерывах между матчами.</w:t>
      </w:r>
    </w:p>
    <w:p w14:paraId="5026B96E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br w:type="page"/>
      </w:r>
    </w:p>
    <w:p w14:paraId="78A490CB" w14:textId="77777777" w:rsidR="00993D10" w:rsidRPr="00F32921" w:rsidRDefault="009F71E3">
      <w:pPr>
        <w:pStyle w:val="1"/>
        <w:rPr>
          <w:lang w:val="ru-RU"/>
        </w:rPr>
      </w:pPr>
      <w:r w:rsidRPr="00F32921">
        <w:rPr>
          <w:lang w:val="ru-RU"/>
        </w:rPr>
        <w:lastRenderedPageBreak/>
        <w:t>Глава 3. ПРАКТИЧЕСКИЕ ПУТИ РЕШЕНИЯ: ЧТО МОЖЕТ СДЕЛАТЬ КАЖДЫЙ</w:t>
      </w:r>
    </w:p>
    <w:p w14:paraId="5C53A1CC" w14:textId="77777777" w:rsidR="00993D10" w:rsidRPr="00F32921" w:rsidRDefault="009F71E3">
      <w:pPr>
        <w:pStyle w:val="21"/>
        <w:rPr>
          <w:lang w:val="ru-RU"/>
        </w:rPr>
      </w:pPr>
      <w:r w:rsidRPr="00F32921">
        <w:rPr>
          <w:lang w:val="ru-RU"/>
        </w:rPr>
        <w:t>3.1. Эко-привычки юного спортсмена</w:t>
      </w:r>
    </w:p>
    <w:p w14:paraId="0F72F83D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На основе анализа глобальных проблем и позитивного опыта я составил чек-лист простых, н</w:t>
      </w:r>
      <w:r w:rsidRPr="00F32921">
        <w:rPr>
          <w:lang w:val="ru-RU"/>
        </w:rPr>
        <w:t>о эффективных шагов, доступных каждому школьнику: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3223"/>
        <w:gridCol w:w="3228"/>
        <w:gridCol w:w="3228"/>
      </w:tblGrid>
      <w:tr w:rsidR="00993D10" w14:paraId="20E9E15D" w14:textId="77777777">
        <w:tc>
          <w:tcPr>
            <w:tcW w:w="3230" w:type="dxa"/>
          </w:tcPr>
          <w:p w14:paraId="48A9E991" w14:textId="77777777" w:rsidR="00993D10" w:rsidRDefault="009F71E3">
            <w:r>
              <w:t>№</w:t>
            </w:r>
          </w:p>
        </w:tc>
        <w:tc>
          <w:tcPr>
            <w:tcW w:w="3230" w:type="dxa"/>
          </w:tcPr>
          <w:p w14:paraId="39723C5D" w14:textId="77777777" w:rsidR="00993D10" w:rsidRDefault="009F71E3">
            <w:r>
              <w:t>Привычка</w:t>
            </w:r>
          </w:p>
        </w:tc>
        <w:tc>
          <w:tcPr>
            <w:tcW w:w="3230" w:type="dxa"/>
          </w:tcPr>
          <w:p w14:paraId="6E8289B5" w14:textId="77777777" w:rsidR="00993D10" w:rsidRDefault="009F71E3">
            <w:r>
              <w:t>Экологический эффект</w:t>
            </w:r>
          </w:p>
        </w:tc>
      </w:tr>
      <w:tr w:rsidR="00993D10" w:rsidRPr="00F32921" w14:paraId="70AABC35" w14:textId="77777777">
        <w:tc>
          <w:tcPr>
            <w:tcW w:w="3230" w:type="dxa"/>
          </w:tcPr>
          <w:p w14:paraId="477762F5" w14:textId="77777777" w:rsidR="00993D10" w:rsidRDefault="009F71E3">
            <w:r>
              <w:t>1</w:t>
            </w:r>
          </w:p>
        </w:tc>
        <w:tc>
          <w:tcPr>
            <w:tcW w:w="3230" w:type="dxa"/>
          </w:tcPr>
          <w:p w14:paraId="4A1C375B" w14:textId="77777777" w:rsidR="00993D10" w:rsidRPr="00F32921" w:rsidRDefault="009F71E3">
            <w:pPr>
              <w:rPr>
                <w:lang w:val="ru-RU"/>
              </w:rPr>
            </w:pPr>
            <w:r w:rsidRPr="00F32921">
              <w:rPr>
                <w:lang w:val="ru-RU"/>
              </w:rPr>
              <w:t>Использовать многоразовую бутылку (металл или стекло) вместо пластика</w:t>
            </w:r>
          </w:p>
        </w:tc>
        <w:tc>
          <w:tcPr>
            <w:tcW w:w="3230" w:type="dxa"/>
          </w:tcPr>
          <w:p w14:paraId="37847C8B" w14:textId="77777777" w:rsidR="00993D10" w:rsidRPr="00F32921" w:rsidRDefault="009F71E3">
            <w:pPr>
              <w:rPr>
                <w:lang w:val="ru-RU"/>
              </w:rPr>
            </w:pPr>
            <w:r w:rsidRPr="00F32921">
              <w:rPr>
                <w:lang w:val="ru-RU"/>
              </w:rPr>
              <w:t>1 человек спасает до 150 пластиковых бутылок в год</w:t>
            </w:r>
          </w:p>
        </w:tc>
      </w:tr>
      <w:tr w:rsidR="00993D10" w:rsidRPr="00F32921" w14:paraId="666A7B06" w14:textId="77777777">
        <w:tc>
          <w:tcPr>
            <w:tcW w:w="3230" w:type="dxa"/>
          </w:tcPr>
          <w:p w14:paraId="610323AE" w14:textId="77777777" w:rsidR="00993D10" w:rsidRDefault="009F71E3">
            <w:r>
              <w:t>2</w:t>
            </w:r>
          </w:p>
        </w:tc>
        <w:tc>
          <w:tcPr>
            <w:tcW w:w="3230" w:type="dxa"/>
          </w:tcPr>
          <w:p w14:paraId="507CAFBD" w14:textId="77777777" w:rsidR="00993D10" w:rsidRPr="00F32921" w:rsidRDefault="009F71E3">
            <w:pPr>
              <w:rPr>
                <w:lang w:val="ru-RU"/>
              </w:rPr>
            </w:pPr>
            <w:r w:rsidRPr="00F32921">
              <w:rPr>
                <w:lang w:val="ru-RU"/>
              </w:rPr>
              <w:t>Ходить или ездить на тренировку на велосипеде/с</w:t>
            </w:r>
            <w:r w:rsidRPr="00F32921">
              <w:rPr>
                <w:lang w:val="ru-RU"/>
              </w:rPr>
              <w:t>амокате (если расстояние позволяет)</w:t>
            </w:r>
          </w:p>
        </w:tc>
        <w:tc>
          <w:tcPr>
            <w:tcW w:w="3230" w:type="dxa"/>
          </w:tcPr>
          <w:p w14:paraId="5A6EC438" w14:textId="77777777" w:rsidR="00993D10" w:rsidRPr="00F32921" w:rsidRDefault="009F71E3">
            <w:pPr>
              <w:rPr>
                <w:lang w:val="ru-RU"/>
              </w:rPr>
            </w:pPr>
            <w:r w:rsidRPr="00F32921">
              <w:rPr>
                <w:lang w:val="ru-RU"/>
              </w:rPr>
              <w:t xml:space="preserve">Снижает выбросы </w:t>
            </w:r>
            <w:r>
              <w:t>CO</w:t>
            </w:r>
            <w:r w:rsidRPr="00F32921">
              <w:rPr>
                <w:lang w:val="ru-RU"/>
              </w:rPr>
              <w:t>₂ (машина не используется)</w:t>
            </w:r>
          </w:p>
        </w:tc>
      </w:tr>
      <w:tr w:rsidR="00993D10" w14:paraId="64AFB59C" w14:textId="77777777">
        <w:tc>
          <w:tcPr>
            <w:tcW w:w="3230" w:type="dxa"/>
          </w:tcPr>
          <w:p w14:paraId="1DFE777D" w14:textId="77777777" w:rsidR="00993D10" w:rsidRDefault="009F71E3">
            <w:r>
              <w:t>3</w:t>
            </w:r>
          </w:p>
        </w:tc>
        <w:tc>
          <w:tcPr>
            <w:tcW w:w="3230" w:type="dxa"/>
          </w:tcPr>
          <w:p w14:paraId="463AB5E0" w14:textId="77777777" w:rsidR="00993D10" w:rsidRPr="00F32921" w:rsidRDefault="009F71E3">
            <w:pPr>
              <w:rPr>
                <w:lang w:val="ru-RU"/>
              </w:rPr>
            </w:pPr>
            <w:r w:rsidRPr="00F32921">
              <w:rPr>
                <w:lang w:val="ru-RU"/>
              </w:rPr>
              <w:t>Покупать форму из переработанных материалов (эко-коллекции брендов)</w:t>
            </w:r>
          </w:p>
        </w:tc>
        <w:tc>
          <w:tcPr>
            <w:tcW w:w="3230" w:type="dxa"/>
          </w:tcPr>
          <w:p w14:paraId="55602672" w14:textId="77777777" w:rsidR="00993D10" w:rsidRDefault="009F71E3">
            <w:proofErr w:type="spellStart"/>
            <w:r>
              <w:t>Стимулирует</w:t>
            </w:r>
            <w:proofErr w:type="spellEnd"/>
            <w:r>
              <w:t xml:space="preserve"> </w:t>
            </w:r>
            <w:proofErr w:type="spellStart"/>
            <w:r>
              <w:t>рынок</w:t>
            </w:r>
            <w:proofErr w:type="spellEnd"/>
            <w:r>
              <w:t xml:space="preserve"> «</w:t>
            </w:r>
            <w:proofErr w:type="spellStart"/>
            <w:r>
              <w:t>зеленой</w:t>
            </w:r>
            <w:proofErr w:type="spellEnd"/>
            <w:r>
              <w:t xml:space="preserve">» </w:t>
            </w:r>
            <w:proofErr w:type="spellStart"/>
            <w:r>
              <w:t>моды</w:t>
            </w:r>
            <w:proofErr w:type="spellEnd"/>
          </w:p>
        </w:tc>
      </w:tr>
      <w:tr w:rsidR="00993D10" w:rsidRPr="00F32921" w14:paraId="457D2820" w14:textId="77777777">
        <w:tc>
          <w:tcPr>
            <w:tcW w:w="3230" w:type="dxa"/>
          </w:tcPr>
          <w:p w14:paraId="43D7057A" w14:textId="77777777" w:rsidR="00993D10" w:rsidRDefault="009F71E3">
            <w:r>
              <w:t>4</w:t>
            </w:r>
          </w:p>
        </w:tc>
        <w:tc>
          <w:tcPr>
            <w:tcW w:w="3230" w:type="dxa"/>
          </w:tcPr>
          <w:p w14:paraId="2AF9F110" w14:textId="77777777" w:rsidR="00993D10" w:rsidRPr="00F32921" w:rsidRDefault="009F71E3">
            <w:pPr>
              <w:rPr>
                <w:lang w:val="ru-RU"/>
              </w:rPr>
            </w:pPr>
            <w:r w:rsidRPr="00F32921">
              <w:rPr>
                <w:lang w:val="ru-RU"/>
              </w:rPr>
              <w:t>Сдавать старую обувь и одежду в пункты переработки или отдавать млад</w:t>
            </w:r>
            <w:r w:rsidRPr="00F32921">
              <w:rPr>
                <w:lang w:val="ru-RU"/>
              </w:rPr>
              <w:t>шим, а не выбрасывать</w:t>
            </w:r>
          </w:p>
        </w:tc>
        <w:tc>
          <w:tcPr>
            <w:tcW w:w="3230" w:type="dxa"/>
          </w:tcPr>
          <w:p w14:paraId="51A1C130" w14:textId="77777777" w:rsidR="00993D10" w:rsidRPr="00F32921" w:rsidRDefault="009F71E3">
            <w:pPr>
              <w:rPr>
                <w:lang w:val="ru-RU"/>
              </w:rPr>
            </w:pPr>
            <w:r w:rsidRPr="00F32921">
              <w:rPr>
                <w:lang w:val="ru-RU"/>
              </w:rPr>
              <w:t>Увеличивает срок службы вещей в 2–3 раза</w:t>
            </w:r>
          </w:p>
        </w:tc>
      </w:tr>
      <w:tr w:rsidR="00993D10" w:rsidRPr="00F32921" w14:paraId="7DD7F2CB" w14:textId="77777777">
        <w:tc>
          <w:tcPr>
            <w:tcW w:w="3230" w:type="dxa"/>
          </w:tcPr>
          <w:p w14:paraId="6D793DB9" w14:textId="77777777" w:rsidR="00993D10" w:rsidRDefault="009F71E3">
            <w:r>
              <w:lastRenderedPageBreak/>
              <w:t>5</w:t>
            </w:r>
          </w:p>
        </w:tc>
        <w:tc>
          <w:tcPr>
            <w:tcW w:w="3230" w:type="dxa"/>
          </w:tcPr>
          <w:p w14:paraId="5F41C3D6" w14:textId="77777777" w:rsidR="00993D10" w:rsidRPr="00F32921" w:rsidRDefault="009F71E3">
            <w:pPr>
              <w:rPr>
                <w:lang w:val="ru-RU"/>
              </w:rPr>
            </w:pPr>
            <w:r w:rsidRPr="00F32921">
              <w:rPr>
                <w:lang w:val="ru-RU"/>
              </w:rPr>
              <w:t>Стирать форму при 30°</w:t>
            </w:r>
            <w:r>
              <w:t>C</w:t>
            </w:r>
            <w:r w:rsidRPr="00F32921">
              <w:rPr>
                <w:lang w:val="ru-RU"/>
              </w:rPr>
              <w:t xml:space="preserve"> и заполнять стиральную машину полностью</w:t>
            </w:r>
          </w:p>
        </w:tc>
        <w:tc>
          <w:tcPr>
            <w:tcW w:w="3230" w:type="dxa"/>
          </w:tcPr>
          <w:p w14:paraId="7902DCA7" w14:textId="77777777" w:rsidR="00993D10" w:rsidRPr="00F32921" w:rsidRDefault="009F71E3">
            <w:pPr>
              <w:rPr>
                <w:lang w:val="ru-RU"/>
              </w:rPr>
            </w:pPr>
            <w:r w:rsidRPr="00F32921">
              <w:rPr>
                <w:lang w:val="ru-RU"/>
              </w:rPr>
              <w:t xml:space="preserve">Экономия электроэнергии и уменьшение выброса </w:t>
            </w:r>
            <w:proofErr w:type="spellStart"/>
            <w:r w:rsidRPr="00F32921">
              <w:rPr>
                <w:lang w:val="ru-RU"/>
              </w:rPr>
              <w:t>микропластика</w:t>
            </w:r>
            <w:proofErr w:type="spellEnd"/>
          </w:p>
        </w:tc>
      </w:tr>
      <w:tr w:rsidR="00993D10" w14:paraId="61F782AF" w14:textId="77777777">
        <w:tc>
          <w:tcPr>
            <w:tcW w:w="3230" w:type="dxa"/>
          </w:tcPr>
          <w:p w14:paraId="608A46F6" w14:textId="77777777" w:rsidR="00993D10" w:rsidRDefault="009F71E3">
            <w:r>
              <w:t>6</w:t>
            </w:r>
          </w:p>
        </w:tc>
        <w:tc>
          <w:tcPr>
            <w:tcW w:w="3230" w:type="dxa"/>
          </w:tcPr>
          <w:p w14:paraId="33D136E4" w14:textId="77777777" w:rsidR="00993D10" w:rsidRPr="00F32921" w:rsidRDefault="009F71E3">
            <w:pPr>
              <w:rPr>
                <w:lang w:val="ru-RU"/>
              </w:rPr>
            </w:pPr>
            <w:r w:rsidRPr="00F32921">
              <w:rPr>
                <w:lang w:val="ru-RU"/>
              </w:rPr>
              <w:t xml:space="preserve">Участвовать в акциях </w:t>
            </w:r>
            <w:r>
              <w:t>plogging</w:t>
            </w:r>
            <w:r w:rsidRPr="00F32921">
              <w:rPr>
                <w:lang w:val="ru-RU"/>
              </w:rPr>
              <w:t xml:space="preserve"> (забеги с мусором)</w:t>
            </w:r>
          </w:p>
        </w:tc>
        <w:tc>
          <w:tcPr>
            <w:tcW w:w="3230" w:type="dxa"/>
          </w:tcPr>
          <w:p w14:paraId="7C339567" w14:textId="77777777" w:rsidR="00993D10" w:rsidRDefault="009F71E3">
            <w:proofErr w:type="spellStart"/>
            <w:r>
              <w:t>Очистка</w:t>
            </w:r>
            <w:proofErr w:type="spellEnd"/>
            <w:r>
              <w:t xml:space="preserve"> </w:t>
            </w:r>
            <w:proofErr w:type="spellStart"/>
            <w:r>
              <w:t>парков</w:t>
            </w:r>
            <w:proofErr w:type="spellEnd"/>
            <w:r>
              <w:t xml:space="preserve"> и </w:t>
            </w:r>
            <w:proofErr w:type="spellStart"/>
            <w:r>
              <w:t>скверов</w:t>
            </w:r>
            <w:proofErr w:type="spellEnd"/>
          </w:p>
        </w:tc>
      </w:tr>
    </w:tbl>
    <w:p w14:paraId="6F5D4D8F" w14:textId="77777777" w:rsidR="00993D10" w:rsidRPr="00F32921" w:rsidRDefault="009F71E3">
      <w:pPr>
        <w:pStyle w:val="21"/>
        <w:rPr>
          <w:lang w:val="ru-RU"/>
        </w:rPr>
      </w:pPr>
      <w:r w:rsidRPr="00F32921">
        <w:rPr>
          <w:lang w:val="ru-RU"/>
        </w:rPr>
        <w:t>3.2. Роль школьных спортивных клубов в экологизации спорта</w:t>
      </w:r>
    </w:p>
    <w:p w14:paraId="69756CEB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Школа — это место, где закладываются привычки на всю жизнь. Я предлагаю несколько инициатив для наших школьных клубов:</w:t>
      </w:r>
    </w:p>
    <w:p w14:paraId="58E06AE1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 xml:space="preserve">— Проведение эко-уроков физкультуры. Раз в месяц </w:t>
      </w:r>
      <w:r w:rsidRPr="00F32921">
        <w:rPr>
          <w:lang w:val="ru-RU"/>
        </w:rPr>
        <w:t>посвящать занятие не только упражнениям, но и беседе об экологии спорта, показывать видео о переработке.</w:t>
      </w:r>
    </w:p>
    <w:p w14:paraId="34712F14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— Конкурс на лучшую эко-</w:t>
      </w:r>
      <w:proofErr w:type="spellStart"/>
      <w:r w:rsidRPr="00F32921">
        <w:rPr>
          <w:lang w:val="ru-RU"/>
        </w:rPr>
        <w:t>кричалку</w:t>
      </w:r>
      <w:proofErr w:type="spellEnd"/>
      <w:r w:rsidRPr="00F32921">
        <w:rPr>
          <w:lang w:val="ru-RU"/>
        </w:rPr>
        <w:t xml:space="preserve"> для поддержки команд на соревнованиях. </w:t>
      </w:r>
      <w:proofErr w:type="spellStart"/>
      <w:r w:rsidRPr="00F32921">
        <w:rPr>
          <w:lang w:val="ru-RU"/>
        </w:rPr>
        <w:t>Кричалки</w:t>
      </w:r>
      <w:proofErr w:type="spellEnd"/>
      <w:r w:rsidRPr="00F32921">
        <w:rPr>
          <w:lang w:val="ru-RU"/>
        </w:rPr>
        <w:t xml:space="preserve"> печатаются на переработанной бумаге или рисуются на многоразовых полот</w:t>
      </w:r>
      <w:r w:rsidRPr="00F32921">
        <w:rPr>
          <w:lang w:val="ru-RU"/>
        </w:rPr>
        <w:t>нищах.</w:t>
      </w:r>
    </w:p>
    <w:p w14:paraId="7527D6F9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— Организация «Зеленого дня спорта». Приурочить к субботнику соревнования по волейболу/футболу. Условие: команда, которая соберет больше всего мусора на стадионе, получает бонусные очки в турнирной таблице.</w:t>
      </w:r>
    </w:p>
    <w:p w14:paraId="146EFDF4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— Установка контейнеров для раздельного сб</w:t>
      </w:r>
      <w:r w:rsidRPr="00F32921">
        <w:rPr>
          <w:lang w:val="ru-RU"/>
        </w:rPr>
        <w:t>ора пластиковых бутылок прямо в спортзале.</w:t>
      </w:r>
    </w:p>
    <w:p w14:paraId="011137E9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— Акция «Сдай батарейку — стань чемпионом». Сбор отработанных батареек с призами за самый большой вес.</w:t>
      </w:r>
    </w:p>
    <w:p w14:paraId="0C9A96F3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br w:type="page"/>
      </w:r>
    </w:p>
    <w:p w14:paraId="219DAFB0" w14:textId="77777777" w:rsidR="00993D10" w:rsidRPr="00F32921" w:rsidRDefault="009F71E3">
      <w:pPr>
        <w:pStyle w:val="1"/>
        <w:rPr>
          <w:lang w:val="ru-RU"/>
        </w:rPr>
      </w:pPr>
      <w:r w:rsidRPr="00F32921">
        <w:rPr>
          <w:lang w:val="ru-RU"/>
        </w:rPr>
        <w:lastRenderedPageBreak/>
        <w:t>ЗАКЛЮЧЕНИЕ</w:t>
      </w:r>
    </w:p>
    <w:p w14:paraId="3969B5E3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Подводя итоги проведенного исследования, можно с уверенностью заявить, что спорт и экология не до</w:t>
      </w:r>
      <w:r w:rsidRPr="00F32921">
        <w:rPr>
          <w:lang w:val="ru-RU"/>
        </w:rPr>
        <w:t>лжны существовать в разных плоскостях. Напротив, их взаимодействие открывает новые возможности для воспитания здорового и сознательного поколения.</w:t>
      </w:r>
    </w:p>
    <w:p w14:paraId="2773977A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В ходе работы были решены все поставленные задачи. Мы выяснили, что:</w:t>
      </w:r>
    </w:p>
    <w:p w14:paraId="1886E290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1. Главные экологические угрозы в спорте</w:t>
      </w:r>
      <w:r w:rsidRPr="00F32921">
        <w:rPr>
          <w:lang w:val="ru-RU"/>
        </w:rPr>
        <w:t xml:space="preserve"> — это огромный углеродный след от перелетов и строительства, загрязнение пластиком (одежда, бутылки) и чрезмерное потребление воды и энергии.</w:t>
      </w:r>
    </w:p>
    <w:p w14:paraId="09AE6D7B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2. Мировое сообщество уже активно ищет решения: от «зеленых» Олимпиад до перехода на экологичные материалы.</w:t>
      </w:r>
    </w:p>
    <w:p w14:paraId="03AABFE2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3. Су</w:t>
      </w:r>
      <w:r w:rsidRPr="00F32921">
        <w:rPr>
          <w:lang w:val="ru-RU"/>
        </w:rPr>
        <w:t>ществует масса инициатив на уровне любительского спорта (</w:t>
      </w:r>
      <w:r>
        <w:t>plogging</w:t>
      </w:r>
      <w:r w:rsidRPr="00F32921">
        <w:rPr>
          <w:lang w:val="ru-RU"/>
        </w:rPr>
        <w:t>, эко-забеги), которые успешно работают и в России.</w:t>
      </w:r>
    </w:p>
    <w:p w14:paraId="488FFD6B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>4. Каждый человек, даже ребенок, может внести свой вклад, следуя простым эко-привычкам: отказаться от одноразового пластика, выбирать эколо</w:t>
      </w:r>
      <w:r w:rsidRPr="00F32921">
        <w:rPr>
          <w:lang w:val="ru-RU"/>
        </w:rPr>
        <w:t>гичный транспорт и грамотно утилизировать старую экипировку.</w:t>
      </w:r>
    </w:p>
    <w:p w14:paraId="56F9D42D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 xml:space="preserve">Главный вывод моей работы подтверждает гипотезу: экологичный спорт возможен и эффективен. Он не требует отказа от любимых тренировок или снижения результатов. Достаточно лишь немного </w:t>
      </w:r>
      <w:r w:rsidRPr="00F32921">
        <w:rPr>
          <w:lang w:val="ru-RU"/>
        </w:rPr>
        <w:t>пересмотреть свои ежедневные привычки.</w:t>
      </w:r>
    </w:p>
    <w:p w14:paraId="494DA82D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t xml:space="preserve">Спорт учит нас дисциплине, силе воли и командному духу. Давайте направим эти качества на защиту природы. Я выбираю «зеленый» спорт, потому что я хочу дышать чистым воздухом во время пробежек, пить чистую воду и </w:t>
      </w:r>
      <w:r w:rsidRPr="00F32921">
        <w:rPr>
          <w:lang w:val="ru-RU"/>
        </w:rPr>
        <w:lastRenderedPageBreak/>
        <w:t>видеть</w:t>
      </w:r>
      <w:r w:rsidRPr="00F32921">
        <w:rPr>
          <w:lang w:val="ru-RU"/>
        </w:rPr>
        <w:t xml:space="preserve"> зеленые леса. Наша планета — это главный стадион, на котором мы проводим свою жизнь. И этот стадион нужно сохранить.</w:t>
      </w:r>
    </w:p>
    <w:p w14:paraId="43399A6B" w14:textId="77777777" w:rsidR="00993D10" w:rsidRPr="00F32921" w:rsidRDefault="009F71E3">
      <w:pPr>
        <w:rPr>
          <w:lang w:val="ru-RU"/>
        </w:rPr>
      </w:pPr>
      <w:r w:rsidRPr="00F32921">
        <w:rPr>
          <w:lang w:val="ru-RU"/>
        </w:rPr>
        <w:br w:type="page"/>
      </w:r>
    </w:p>
    <w:p w14:paraId="13E5CD12" w14:textId="77777777" w:rsidR="00993D10" w:rsidRPr="00F32921" w:rsidRDefault="009F71E3">
      <w:pPr>
        <w:pStyle w:val="1"/>
        <w:rPr>
          <w:lang w:val="ru-RU"/>
        </w:rPr>
      </w:pPr>
      <w:r w:rsidRPr="00F32921">
        <w:rPr>
          <w:lang w:val="ru-RU"/>
        </w:rPr>
        <w:lastRenderedPageBreak/>
        <w:t>СПИСОК ЛИТЕРАТУРЫ</w:t>
      </w:r>
    </w:p>
    <w:p w14:paraId="077FAFCF" w14:textId="77777777" w:rsidR="0061700F" w:rsidRDefault="009F71E3">
      <w:pPr>
        <w:rPr>
          <w:lang w:val="ru-RU"/>
        </w:rPr>
      </w:pPr>
      <w:r w:rsidRPr="00F32921">
        <w:rPr>
          <w:lang w:val="ru-RU"/>
        </w:rPr>
        <w:t xml:space="preserve">1. </w:t>
      </w:r>
      <w:proofErr w:type="spellStart"/>
      <w:r w:rsidR="00F32921" w:rsidRPr="0061700F">
        <w:rPr>
          <w:lang w:val="ru-RU"/>
        </w:rPr>
        <w:t>Серпер</w:t>
      </w:r>
      <w:proofErr w:type="spellEnd"/>
      <w:r w:rsidR="00F32921" w:rsidRPr="0061700F">
        <w:rPr>
          <w:lang w:val="ru-RU"/>
        </w:rPr>
        <w:t xml:space="preserve"> С.А. Экология и спорт: особенности взаимосвязи в процессе обучения в вузе // Азимут научных исследований: педагогика и психология. — 2019. — Т. 8, № 2(27). — С. 218-220.</w:t>
      </w:r>
    </w:p>
    <w:p w14:paraId="0C3ECDF8" w14:textId="77777777" w:rsidR="0061700F" w:rsidRDefault="009F71E3">
      <w:pPr>
        <w:rPr>
          <w:lang w:val="ru-RU"/>
        </w:rPr>
      </w:pPr>
      <w:r w:rsidRPr="00F32921">
        <w:rPr>
          <w:lang w:val="ru-RU"/>
        </w:rPr>
        <w:t xml:space="preserve">2. </w:t>
      </w:r>
      <w:r w:rsidR="0061700F" w:rsidRPr="0061700F">
        <w:rPr>
          <w:lang w:val="ru-RU"/>
        </w:rPr>
        <w:t xml:space="preserve">Емельянов Б.А., Калинкин Л.А., </w:t>
      </w:r>
      <w:proofErr w:type="spellStart"/>
      <w:r w:rsidR="0061700F" w:rsidRPr="0061700F">
        <w:rPr>
          <w:lang w:val="ru-RU"/>
        </w:rPr>
        <w:t>Левандо</w:t>
      </w:r>
      <w:proofErr w:type="spellEnd"/>
      <w:r w:rsidR="0061700F" w:rsidRPr="0061700F">
        <w:rPr>
          <w:lang w:val="ru-RU"/>
        </w:rPr>
        <w:t xml:space="preserve"> В.А. Экология спорта как раздел спортивной науки. Механизм развития </w:t>
      </w:r>
      <w:proofErr w:type="spellStart"/>
      <w:r w:rsidR="0061700F" w:rsidRPr="0061700F">
        <w:rPr>
          <w:lang w:val="ru-RU"/>
        </w:rPr>
        <w:t>эндоэкологических</w:t>
      </w:r>
      <w:proofErr w:type="spellEnd"/>
      <w:r w:rsidR="0061700F" w:rsidRPr="0061700F">
        <w:rPr>
          <w:lang w:val="ru-RU"/>
        </w:rPr>
        <w:t xml:space="preserve"> патогенных факторов при спортивной деятельности // ВНИИФК. </w:t>
      </w:r>
    </w:p>
    <w:p w14:paraId="1F9155FF" w14:textId="77777777" w:rsidR="0061700F" w:rsidRDefault="009F71E3">
      <w:pPr>
        <w:rPr>
          <w:lang w:val="ru-RU"/>
        </w:rPr>
      </w:pPr>
      <w:r w:rsidRPr="00F32921">
        <w:rPr>
          <w:lang w:val="ru-RU"/>
        </w:rPr>
        <w:t xml:space="preserve">3. </w:t>
      </w:r>
      <w:proofErr w:type="spellStart"/>
      <w:r w:rsidR="0061700F" w:rsidRPr="0061700F">
        <w:rPr>
          <w:lang w:val="ru-RU"/>
        </w:rPr>
        <w:t>Ильджанов</w:t>
      </w:r>
      <w:proofErr w:type="spellEnd"/>
      <w:r w:rsidR="0061700F" w:rsidRPr="0061700F">
        <w:rPr>
          <w:lang w:val="ru-RU"/>
        </w:rPr>
        <w:t xml:space="preserve"> М. Важность чистоты окружающей среды и экологии для тренировок спортсменов // Наука и мировоззрение. — Ашхабад, Туркменский государственный институт физической культуры и спорта.</w:t>
      </w:r>
    </w:p>
    <w:p w14:paraId="7329A549" w14:textId="77777777" w:rsidR="0061700F" w:rsidRDefault="009F71E3">
      <w:pPr>
        <w:rPr>
          <w:lang w:val="ru-RU"/>
        </w:rPr>
      </w:pPr>
      <w:r w:rsidRPr="00F32921">
        <w:rPr>
          <w:lang w:val="ru-RU"/>
        </w:rPr>
        <w:t xml:space="preserve">4. </w:t>
      </w:r>
      <w:proofErr w:type="spellStart"/>
      <w:r w:rsidR="0061700F" w:rsidRPr="0061700F">
        <w:rPr>
          <w:lang w:val="ru-RU"/>
        </w:rPr>
        <w:t>Лубышева</w:t>
      </w:r>
      <w:proofErr w:type="spellEnd"/>
      <w:r w:rsidR="0061700F" w:rsidRPr="0061700F">
        <w:rPr>
          <w:lang w:val="ru-RU"/>
        </w:rPr>
        <w:t xml:space="preserve"> Л.И., Назаренко А.В., Назаренко Л.Д. Экология, физическая и спортивная культура: дискурс понятий в молодежной среде // Теория и практика физической культуры. — 2022. — № 1. — С. 70-72.</w:t>
      </w:r>
    </w:p>
    <w:p w14:paraId="21927DBA" w14:textId="2A32341E" w:rsidR="0061700F" w:rsidRPr="00F32921" w:rsidRDefault="009F71E3" w:rsidP="0061700F">
      <w:pPr>
        <w:rPr>
          <w:lang w:val="ru-RU"/>
        </w:rPr>
      </w:pPr>
      <w:r w:rsidRPr="00F32921">
        <w:rPr>
          <w:lang w:val="ru-RU"/>
        </w:rPr>
        <w:t xml:space="preserve">5. </w:t>
      </w:r>
      <w:proofErr w:type="spellStart"/>
      <w:r w:rsidR="0061700F" w:rsidRPr="0061700F">
        <w:rPr>
          <w:lang w:val="ru-RU"/>
        </w:rPr>
        <w:t>Euronews</w:t>
      </w:r>
      <w:proofErr w:type="spellEnd"/>
      <w:r w:rsidR="0061700F" w:rsidRPr="0061700F">
        <w:rPr>
          <w:lang w:val="ru-RU"/>
        </w:rPr>
        <w:t>. Париж-2024: самые "зеленые" Олимпийские игры</w:t>
      </w:r>
      <w:r w:rsidR="00CB05A9">
        <w:rPr>
          <w:lang w:val="ru-RU"/>
        </w:rPr>
        <w:t>.</w:t>
      </w:r>
    </w:p>
    <w:p w14:paraId="7DED52D3" w14:textId="76A0A2C0" w:rsidR="0061700F" w:rsidRPr="0061700F" w:rsidRDefault="009F71E3">
      <w:pPr>
        <w:rPr>
          <w:rStyle w:val="aff8"/>
          <w:lang w:val="ru-RU"/>
        </w:rPr>
      </w:pPr>
      <w:r w:rsidRPr="00F32921">
        <w:rPr>
          <w:lang w:val="ru-RU"/>
        </w:rPr>
        <w:t>6</w:t>
      </w:r>
      <w:r w:rsidRPr="00F32921">
        <w:rPr>
          <w:lang w:val="ru-RU"/>
        </w:rPr>
        <w:t xml:space="preserve">. </w:t>
      </w:r>
      <w:r w:rsidR="0061700F" w:rsidRPr="0061700F">
        <w:rPr>
          <w:lang w:val="ru-RU"/>
        </w:rPr>
        <w:t xml:space="preserve">Захаров В.М. Устойчивое развитие и спорт: опыт и перспективы // Институт устойчивого развития Общественной палаты РФ, Институт биологии развития им. Н.К. Кольцова РАН. — (2014). — URL: </w:t>
      </w:r>
      <w:r w:rsidR="0061700F">
        <w:rPr>
          <w:lang w:val="ru-RU"/>
        </w:rPr>
        <w:fldChar w:fldCharType="begin"/>
      </w:r>
      <w:r w:rsidR="0061700F">
        <w:rPr>
          <w:lang w:val="ru-RU"/>
        </w:rPr>
        <w:instrText xml:space="preserve"> HYPERLINK "http://bulletin.sustainabledevelopment.ru/Bulletin_70_2014/93" </w:instrText>
      </w:r>
      <w:r w:rsidR="0061700F">
        <w:rPr>
          <w:lang w:val="ru-RU"/>
        </w:rPr>
      </w:r>
      <w:r w:rsidR="0061700F">
        <w:rPr>
          <w:lang w:val="ru-RU"/>
        </w:rPr>
        <w:fldChar w:fldCharType="separate"/>
      </w:r>
      <w:r w:rsidR="0061700F" w:rsidRPr="0061700F">
        <w:rPr>
          <w:rStyle w:val="aff8"/>
          <w:lang w:val="ru-RU"/>
        </w:rPr>
        <w:t>http://bulletin.sustainabledev</w:t>
      </w:r>
      <w:r w:rsidR="0061700F" w:rsidRPr="0061700F">
        <w:rPr>
          <w:rStyle w:val="aff8"/>
          <w:lang w:val="ru-RU"/>
        </w:rPr>
        <w:t>e</w:t>
      </w:r>
      <w:r w:rsidR="0061700F" w:rsidRPr="0061700F">
        <w:rPr>
          <w:rStyle w:val="aff8"/>
          <w:lang w:val="ru-RU"/>
        </w:rPr>
        <w:t>lopment.ru/Bulletin_70_2014/93</w:t>
      </w:r>
    </w:p>
    <w:p w14:paraId="0B1D0BD4" w14:textId="6EE0658D" w:rsidR="00993D10" w:rsidRPr="00F32921" w:rsidRDefault="0061700F">
      <w:pPr>
        <w:rPr>
          <w:lang w:val="ru-RU"/>
        </w:rPr>
      </w:pPr>
      <w:r>
        <w:rPr>
          <w:lang w:val="ru-RU"/>
        </w:rPr>
        <w:fldChar w:fldCharType="end"/>
      </w:r>
      <w:r w:rsidR="009F71E3" w:rsidRPr="00F32921">
        <w:rPr>
          <w:lang w:val="ru-RU"/>
        </w:rPr>
        <w:t>7</w:t>
      </w:r>
      <w:r w:rsidRPr="0061700F">
        <w:rPr>
          <w:lang w:val="ru-RU"/>
        </w:rPr>
        <w:t xml:space="preserve">DOBRO.RU. Проект #ploggingirkutsk [Электронный ресурс]. — URL: </w:t>
      </w:r>
      <w:hyperlink r:id="rId8" w:history="1">
        <w:r w:rsidR="00CB05A9" w:rsidRPr="00CB05A9">
          <w:rPr>
            <w:rStyle w:val="aff8"/>
            <w:lang w:val="ru-RU"/>
          </w:rPr>
          <w:t>https://dobro.ru/project/10032</w:t>
        </w:r>
        <w:r w:rsidR="00CB05A9" w:rsidRPr="00CB05A9">
          <w:rPr>
            <w:rStyle w:val="aff8"/>
            <w:lang w:val="ru-RU"/>
          </w:rPr>
          <w:t>4</w:t>
        </w:r>
        <w:r w:rsidR="00CB05A9" w:rsidRPr="00CB05A9">
          <w:rPr>
            <w:rStyle w:val="aff8"/>
            <w:lang w:val="ru-RU"/>
          </w:rPr>
          <w:t>85</w:t>
        </w:r>
      </w:hyperlink>
    </w:p>
    <w:sectPr w:rsidR="00993D10" w:rsidRPr="00F32921" w:rsidSect="00034616">
      <w:footerReference w:type="default" r:id="rId9"/>
      <w:pgSz w:w="12240" w:h="15840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A67DF" w14:textId="77777777" w:rsidR="009F71E3" w:rsidRDefault="009F71E3">
      <w:pPr>
        <w:spacing w:after="0" w:line="240" w:lineRule="auto"/>
      </w:pPr>
      <w:r>
        <w:separator/>
      </w:r>
    </w:p>
  </w:endnote>
  <w:endnote w:type="continuationSeparator" w:id="0">
    <w:p w14:paraId="2CABEAD4" w14:textId="77777777" w:rsidR="009F71E3" w:rsidRDefault="009F7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8277839"/>
      <w:docPartObj>
        <w:docPartGallery w:val="Page Numbers (Bottom of Page)"/>
        <w:docPartUnique/>
      </w:docPartObj>
    </w:sdtPr>
    <w:sdtContent>
      <w:p w14:paraId="3555EF9B" w14:textId="70ECBE32" w:rsidR="00F32921" w:rsidRDefault="00F3292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541E584" w14:textId="61B826CB" w:rsidR="00993D10" w:rsidRPr="00F32921" w:rsidRDefault="00993D10">
    <w:pPr>
      <w:pStyle w:val="a7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D2BC9" w14:textId="77777777" w:rsidR="009F71E3" w:rsidRDefault="009F71E3">
      <w:pPr>
        <w:spacing w:after="0" w:line="240" w:lineRule="auto"/>
      </w:pPr>
      <w:r>
        <w:separator/>
      </w:r>
    </w:p>
  </w:footnote>
  <w:footnote w:type="continuationSeparator" w:id="0">
    <w:p w14:paraId="79C6EE46" w14:textId="77777777" w:rsidR="009F71E3" w:rsidRDefault="009F7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757CA"/>
    <w:rsid w:val="00603753"/>
    <w:rsid w:val="0061700F"/>
    <w:rsid w:val="007669EC"/>
    <w:rsid w:val="00993D10"/>
    <w:rsid w:val="009F71E3"/>
    <w:rsid w:val="00AA1D8D"/>
    <w:rsid w:val="00B47730"/>
    <w:rsid w:val="00CB05A9"/>
    <w:rsid w:val="00CB0664"/>
    <w:rsid w:val="00F3292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86B5A8"/>
  <w14:defaultImageDpi w14:val="300"/>
  <w15:docId w15:val="{AA9894DE-C654-4858-B9BF-398D943D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240"/>
      <w:ind w:firstLine="0"/>
      <w:jc w:val="center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360" w:after="24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61700F"/>
    <w:rPr>
      <w:color w:val="0000FF"/>
      <w:u w:val="single"/>
    </w:rPr>
  </w:style>
  <w:style w:type="character" w:styleId="aff9">
    <w:name w:val="Unresolved Mention"/>
    <w:basedOn w:val="a2"/>
    <w:uiPriority w:val="99"/>
    <w:semiHidden/>
    <w:unhideWhenUsed/>
    <w:rsid w:val="0061700F"/>
    <w:rPr>
      <w:color w:val="605E5C"/>
      <w:shd w:val="clear" w:color="auto" w:fill="E1DFDD"/>
    </w:rPr>
  </w:style>
  <w:style w:type="character" w:styleId="affa">
    <w:name w:val="FollowedHyperlink"/>
    <w:basedOn w:val="a2"/>
    <w:uiPriority w:val="99"/>
    <w:semiHidden/>
    <w:unhideWhenUsed/>
    <w:rsid w:val="006170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bro.ru/project/1003248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2096</Words>
  <Characters>11949</Characters>
  <Application>Microsoft Office Word</Application>
  <DocSecurity>0</DocSecurity>
  <Lines>99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14017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VSHN ALMET</cp:lastModifiedBy>
  <cp:revision>2</cp:revision>
  <dcterms:created xsi:type="dcterms:W3CDTF">2026-06-30T13:32:00Z</dcterms:created>
  <dcterms:modified xsi:type="dcterms:W3CDTF">2026-06-30T13:32:00Z</dcterms:modified>
  <cp:category/>
</cp:coreProperties>
</file>